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86981" w14:textId="267D2C11" w:rsidR="00BA10D4" w:rsidRPr="0033612A" w:rsidRDefault="00BE5C46" w:rsidP="00941332">
      <w:pPr>
        <w:pStyle w:val="Titolo"/>
        <w:jc w:val="center"/>
        <w:rPr>
          <w:rFonts w:ascii="Aptos" w:hAnsi="Aptos"/>
          <w:b/>
          <w:bCs/>
          <w:color w:val="7030A0"/>
          <w:sz w:val="24"/>
          <w:szCs w:val="24"/>
        </w:rPr>
      </w:pPr>
      <w:r w:rsidRPr="0033612A">
        <w:rPr>
          <w:rFonts w:ascii="Aptos" w:hAnsi="Aptos"/>
          <w:b/>
          <w:bCs/>
          <w:color w:val="7030A0"/>
          <w:sz w:val="24"/>
          <w:szCs w:val="24"/>
        </w:rPr>
        <w:t>Richiesta di sospensione dei canoni di leasing</w:t>
      </w:r>
      <w:r w:rsidR="00941332" w:rsidRPr="0033612A">
        <w:rPr>
          <w:rFonts w:ascii="Aptos" w:hAnsi="Aptos"/>
          <w:b/>
          <w:bCs/>
          <w:color w:val="7030A0"/>
          <w:sz w:val="24"/>
          <w:szCs w:val="24"/>
        </w:rPr>
        <w:t xml:space="preserve"> ai sensi dell’ articolo 3 del Decreto Legge 23 ottobre 2026 n. 193, pubblicato nella Gazzetta Ufficiale n. 247 del 23 ottobre 2026</w:t>
      </w:r>
    </w:p>
    <w:p w14:paraId="42C5845B" w14:textId="2A5FB53C" w:rsidR="00BA10D4" w:rsidRPr="0033612A" w:rsidRDefault="00941332" w:rsidP="00941332">
      <w:pPr>
        <w:jc w:val="center"/>
        <w:rPr>
          <w:rFonts w:ascii="Aptos" w:hAnsi="Aptos"/>
          <w:color w:val="7030A0"/>
        </w:rPr>
      </w:pPr>
      <w:r w:rsidRPr="0033612A">
        <w:rPr>
          <w:rFonts w:ascii="Aptos" w:hAnsi="Aptos"/>
          <w:b/>
          <w:bCs/>
          <w:color w:val="7030A0"/>
        </w:rPr>
        <w:t>ISTRUZIONI DI COMPILAZIONE ED INVIO</w:t>
      </w:r>
    </w:p>
    <w:p w14:paraId="6734EA78" w14:textId="5C018F06" w:rsidR="00941332" w:rsidRPr="0033612A" w:rsidRDefault="00941332" w:rsidP="00941332">
      <w:pPr>
        <w:pStyle w:val="Paragrafoelenco"/>
        <w:numPr>
          <w:ilvl w:val="0"/>
          <w:numId w:val="12"/>
        </w:numPr>
        <w:jc w:val="both"/>
        <w:rPr>
          <w:rFonts w:ascii="Aptos" w:hAnsi="Aptos"/>
        </w:rPr>
      </w:pPr>
      <w:r w:rsidRPr="0033612A">
        <w:rPr>
          <w:rFonts w:ascii="Aptos" w:hAnsi="Aptos"/>
        </w:rPr>
        <w:t>sottoscrivere il modulo (con firma digitale o cartacea). In caso di  sottoscrizione cartacea, allegare copia del documento di identità del firmatario (procuratore o legale rappresentante);</w:t>
      </w:r>
    </w:p>
    <w:p w14:paraId="2CCF8BE0" w14:textId="69A41ECC" w:rsidR="00941332" w:rsidRPr="0033612A" w:rsidRDefault="00941332" w:rsidP="00941332">
      <w:pPr>
        <w:pStyle w:val="Paragrafoelenco"/>
        <w:numPr>
          <w:ilvl w:val="0"/>
          <w:numId w:val="12"/>
        </w:numPr>
        <w:jc w:val="both"/>
        <w:rPr>
          <w:rFonts w:ascii="Aptos" w:hAnsi="Aptos"/>
        </w:rPr>
      </w:pPr>
      <w:r w:rsidRPr="0033612A">
        <w:rPr>
          <w:rFonts w:ascii="Aptos" w:hAnsi="Aptos"/>
        </w:rPr>
        <w:t xml:space="preserve">indicare nella sezione n. </w:t>
      </w:r>
      <w:r w:rsidR="0009358D">
        <w:rPr>
          <w:rFonts w:ascii="Aptos" w:hAnsi="Aptos"/>
        </w:rPr>
        <w:t>3</w:t>
      </w:r>
      <w:r w:rsidRPr="0033612A">
        <w:rPr>
          <w:rFonts w:ascii="Aptos" w:hAnsi="Aptos"/>
        </w:rPr>
        <w:t>, per ciascun contratto di leasing finanziario l’opzione scelta: A (intero canone) oppure B (sola quota capitale);</w:t>
      </w:r>
    </w:p>
    <w:p w14:paraId="1BB0CC18" w14:textId="2B27F458" w:rsidR="00941332" w:rsidRPr="0033612A" w:rsidRDefault="00941332" w:rsidP="00941332">
      <w:pPr>
        <w:pStyle w:val="Paragrafoelenco"/>
        <w:numPr>
          <w:ilvl w:val="0"/>
          <w:numId w:val="12"/>
        </w:numPr>
        <w:jc w:val="both"/>
        <w:rPr>
          <w:rFonts w:ascii="Aptos" w:hAnsi="Aptos"/>
        </w:rPr>
      </w:pPr>
      <w:r w:rsidRPr="0033612A">
        <w:rPr>
          <w:rFonts w:ascii="Aptos" w:hAnsi="Aptos"/>
        </w:rPr>
        <w:t>allegare la eventuale documentazione necessaria (es: procura …);</w:t>
      </w:r>
    </w:p>
    <w:p w14:paraId="3480317B" w14:textId="3AA5ADFB" w:rsidR="00BA10D4" w:rsidRPr="009F6324" w:rsidRDefault="00941332" w:rsidP="009F6324">
      <w:pPr>
        <w:pStyle w:val="Paragrafoelenco"/>
        <w:numPr>
          <w:ilvl w:val="0"/>
          <w:numId w:val="12"/>
        </w:numPr>
        <w:jc w:val="both"/>
        <w:rPr>
          <w:rFonts w:ascii="Aptos" w:hAnsi="Aptos"/>
          <w:lang w:val="it-IT"/>
        </w:rPr>
      </w:pPr>
      <w:r w:rsidRPr="0033612A">
        <w:rPr>
          <w:rFonts w:ascii="Aptos" w:hAnsi="Aptos"/>
        </w:rPr>
        <w:t>trasmettere il modulo firmato e compilato unitamente agli eventuali allegati a</w:t>
      </w:r>
      <w:r w:rsidR="00323C0F">
        <w:rPr>
          <w:rFonts w:ascii="Aptos" w:hAnsi="Aptos"/>
        </w:rPr>
        <w:t>ll’indi</w:t>
      </w:r>
      <w:r w:rsidRPr="0033612A">
        <w:rPr>
          <w:rFonts w:ascii="Aptos" w:hAnsi="Aptos"/>
        </w:rPr>
        <w:t>rizz</w:t>
      </w:r>
      <w:r w:rsidR="00323C0F">
        <w:rPr>
          <w:rFonts w:ascii="Aptos" w:hAnsi="Aptos"/>
        </w:rPr>
        <w:t>o</w:t>
      </w:r>
      <w:r w:rsidRPr="0033612A">
        <w:rPr>
          <w:rFonts w:ascii="Aptos" w:hAnsi="Aptos"/>
        </w:rPr>
        <w:t>:</w:t>
      </w:r>
      <w:r w:rsidR="00323C0F">
        <w:rPr>
          <w:rFonts w:ascii="Aptos" w:hAnsi="Aptos"/>
        </w:rPr>
        <w:t xml:space="preserve"> </w:t>
      </w:r>
      <w:hyperlink r:id="rId8" w:tgtFrame="_blank" w:tooltip="mailto:dl_moratoria-it-fraer@groupebpce.com" w:history="1">
        <w:r w:rsidR="00CC20BD" w:rsidRPr="00323C0F">
          <w:rPr>
            <w:rStyle w:val="Collegamentoipertestuale"/>
            <w:rFonts w:ascii="Aptos" w:hAnsi="Aptos"/>
            <w:lang w:val="it-IT"/>
          </w:rPr>
          <w:t>dl_moratoria-it-fraer@groupebpce.com</w:t>
        </w:r>
      </w:hyperlink>
      <w:r w:rsidR="00323C0F">
        <w:t xml:space="preserve"> .</w:t>
      </w:r>
    </w:p>
    <w:p w14:paraId="029D6E69" w14:textId="646FCDDA" w:rsidR="00BA10D4" w:rsidRPr="0033612A" w:rsidRDefault="009F6324">
      <w:pPr>
        <w:pStyle w:val="Titolo1"/>
        <w:rPr>
          <w:rFonts w:ascii="Aptos" w:hAnsi="Aptos"/>
          <w:color w:val="7030A0"/>
        </w:rPr>
      </w:pPr>
      <w:r>
        <w:rPr>
          <w:rFonts w:ascii="Aptos" w:hAnsi="Aptos"/>
          <w:color w:val="7030A0"/>
        </w:rPr>
        <w:t>1.</w:t>
      </w:r>
      <w:r w:rsidR="00BE5C46" w:rsidRPr="0033612A">
        <w:rPr>
          <w:rFonts w:ascii="Aptos" w:hAnsi="Aptos"/>
          <w:color w:val="7030A0"/>
        </w:rPr>
        <w:t xml:space="preserve"> Impresa richiedente e </w:t>
      </w:r>
      <w:r w:rsidR="00941332" w:rsidRPr="0033612A">
        <w:rPr>
          <w:rFonts w:ascii="Aptos" w:hAnsi="Aptos"/>
          <w:color w:val="7030A0"/>
        </w:rPr>
        <w:t>legale rappresentante</w:t>
      </w:r>
    </w:p>
    <w:p w14:paraId="6CA1761A" w14:textId="0110599E" w:rsidR="00BA10D4" w:rsidRPr="0033612A" w:rsidRDefault="00BE5C46">
      <w:pPr>
        <w:rPr>
          <w:rFonts w:ascii="Aptos" w:hAnsi="Aptos"/>
        </w:rPr>
      </w:pPr>
      <w:r w:rsidRPr="0033612A">
        <w:rPr>
          <w:rFonts w:ascii="Aptos" w:hAnsi="Aptos"/>
        </w:rPr>
        <w:t>Denominazione o ragione sociale __________________________________________</w:t>
      </w:r>
      <w:r w:rsidRPr="0033612A">
        <w:rPr>
          <w:rFonts w:ascii="Aptos" w:hAnsi="Aptos"/>
        </w:rPr>
        <w:br/>
        <w:t>Partita IVA ________________________</w:t>
      </w:r>
      <w:r w:rsidRPr="0033612A">
        <w:rPr>
          <w:rFonts w:ascii="Aptos" w:hAnsi="Aptos"/>
        </w:rPr>
        <w:br/>
        <w:t>Sede legale ____________________________________________________________</w:t>
      </w:r>
      <w:r w:rsidRPr="0033612A">
        <w:rPr>
          <w:rFonts w:ascii="Aptos" w:hAnsi="Aptos"/>
        </w:rPr>
        <w:br/>
        <w:t>E-mail ______________________________</w:t>
      </w:r>
      <w:r w:rsidRPr="0033612A">
        <w:rPr>
          <w:rFonts w:ascii="Aptos" w:hAnsi="Aptos"/>
        </w:rPr>
        <w:br/>
        <w:t>Referente e telefono ____________________________________________________</w:t>
      </w:r>
    </w:p>
    <w:p w14:paraId="093CB9FD" w14:textId="413759E7" w:rsidR="00BA10D4" w:rsidRPr="0033612A" w:rsidRDefault="00BE5C46">
      <w:pPr>
        <w:rPr>
          <w:rFonts w:ascii="Aptos" w:hAnsi="Aptos"/>
        </w:rPr>
      </w:pPr>
      <w:r w:rsidRPr="0033612A">
        <w:rPr>
          <w:rFonts w:ascii="Aptos" w:hAnsi="Aptos"/>
        </w:rPr>
        <w:t xml:space="preserve">Nome e cognome del </w:t>
      </w:r>
      <w:r w:rsidR="00941332" w:rsidRPr="0033612A">
        <w:rPr>
          <w:rFonts w:ascii="Aptos" w:hAnsi="Aptos"/>
        </w:rPr>
        <w:t xml:space="preserve">firmatario (procuratore o </w:t>
      </w:r>
      <w:r w:rsidR="0051741D" w:rsidRPr="0033612A">
        <w:rPr>
          <w:rFonts w:ascii="Aptos" w:hAnsi="Aptos"/>
        </w:rPr>
        <w:t>legale rappresentante</w:t>
      </w:r>
      <w:r w:rsidR="00941332" w:rsidRPr="0033612A">
        <w:rPr>
          <w:rFonts w:ascii="Aptos" w:hAnsi="Aptos"/>
        </w:rPr>
        <w:t>)</w:t>
      </w:r>
      <w:r w:rsidRPr="0033612A">
        <w:rPr>
          <w:rFonts w:ascii="Aptos" w:hAnsi="Aptos"/>
        </w:rPr>
        <w:t xml:space="preserve"> ________________________________________</w:t>
      </w:r>
      <w:r w:rsidRPr="0033612A">
        <w:rPr>
          <w:rFonts w:ascii="Aptos" w:hAnsi="Aptos"/>
        </w:rPr>
        <w:br/>
        <w:t>Codice fiscale ________________________  Qualifica _________________________</w:t>
      </w:r>
      <w:r w:rsidRPr="0033612A">
        <w:rPr>
          <w:rFonts w:ascii="Aptos" w:hAnsi="Aptos"/>
        </w:rPr>
        <w:br/>
        <w:t xml:space="preserve">☐ Legale rappresentante ☐ Procuratore </w:t>
      </w:r>
      <w:r w:rsidR="0051741D" w:rsidRPr="0033612A">
        <w:rPr>
          <w:rFonts w:ascii="Aptos" w:hAnsi="Aptos"/>
        </w:rPr>
        <w:t xml:space="preserve">munito di idonei </w:t>
      </w:r>
      <w:r w:rsidRPr="0033612A">
        <w:rPr>
          <w:rFonts w:ascii="Aptos" w:hAnsi="Aptos"/>
        </w:rPr>
        <w:t xml:space="preserve">poteri </w:t>
      </w:r>
      <w:r w:rsidR="00941332" w:rsidRPr="0033612A">
        <w:rPr>
          <w:rFonts w:ascii="Aptos" w:hAnsi="Aptos"/>
        </w:rPr>
        <w:t>(allegare copia della relativa procura)</w:t>
      </w:r>
    </w:p>
    <w:p w14:paraId="79B7D0BC" w14:textId="068982E9" w:rsidR="00BA10D4" w:rsidRPr="0033612A" w:rsidRDefault="009F6324">
      <w:pPr>
        <w:pStyle w:val="Titolo1"/>
        <w:rPr>
          <w:rFonts w:ascii="Aptos" w:hAnsi="Aptos"/>
          <w:color w:val="7030A0"/>
        </w:rPr>
      </w:pPr>
      <w:r>
        <w:rPr>
          <w:rFonts w:ascii="Aptos" w:hAnsi="Aptos"/>
          <w:color w:val="7030A0"/>
        </w:rPr>
        <w:t>2.</w:t>
      </w:r>
      <w:r w:rsidR="00BE5C46" w:rsidRPr="0033612A">
        <w:rPr>
          <w:rFonts w:ascii="Aptos" w:hAnsi="Aptos"/>
          <w:color w:val="7030A0"/>
        </w:rPr>
        <w:t xml:space="preserve"> Dichiarazioni </w:t>
      </w:r>
      <w:r w:rsidR="0051741D" w:rsidRPr="0033612A">
        <w:rPr>
          <w:rFonts w:ascii="Aptos" w:hAnsi="Aptos"/>
          <w:color w:val="7030A0"/>
        </w:rPr>
        <w:t xml:space="preserve">ai sensi degli artt. 46 e 47 del D.P.R. 445/2000 </w:t>
      </w:r>
      <w:r w:rsidR="00BE5C46" w:rsidRPr="0033612A">
        <w:rPr>
          <w:rFonts w:ascii="Aptos" w:hAnsi="Aptos"/>
          <w:color w:val="7030A0"/>
        </w:rPr>
        <w:t>sul possesso dei requisiti</w:t>
      </w:r>
      <w:r w:rsidR="0051741D" w:rsidRPr="0033612A">
        <w:rPr>
          <w:rFonts w:ascii="Aptos" w:hAnsi="Aptos"/>
          <w:color w:val="7030A0"/>
        </w:rPr>
        <w:t xml:space="preserve"> previsti dal D</w:t>
      </w:r>
      <w:r w:rsidR="00941332" w:rsidRPr="0033612A">
        <w:rPr>
          <w:rFonts w:ascii="Aptos" w:hAnsi="Aptos"/>
          <w:color w:val="7030A0"/>
        </w:rPr>
        <w:t>.</w:t>
      </w:r>
      <w:r w:rsidR="0051741D" w:rsidRPr="0033612A">
        <w:rPr>
          <w:rFonts w:ascii="Aptos" w:hAnsi="Aptos"/>
          <w:color w:val="7030A0"/>
        </w:rPr>
        <w:t>L</w:t>
      </w:r>
      <w:r w:rsidR="00941332" w:rsidRPr="0033612A">
        <w:rPr>
          <w:rFonts w:ascii="Aptos" w:hAnsi="Aptos"/>
          <w:color w:val="7030A0"/>
        </w:rPr>
        <w:t>.</w:t>
      </w:r>
      <w:r w:rsidR="0051741D" w:rsidRPr="0033612A">
        <w:rPr>
          <w:rFonts w:ascii="Aptos" w:hAnsi="Aptos"/>
          <w:color w:val="7030A0"/>
        </w:rPr>
        <w:t xml:space="preserve"> 23.10.2026, n. 193</w:t>
      </w:r>
    </w:p>
    <w:p w14:paraId="7204AA79" w14:textId="77777777" w:rsidR="00941332" w:rsidRPr="0033612A" w:rsidRDefault="00BE5C46">
      <w:pPr>
        <w:rPr>
          <w:rFonts w:ascii="Aptos" w:hAnsi="Aptos"/>
        </w:rPr>
      </w:pPr>
      <w:r w:rsidRPr="0033612A">
        <w:rPr>
          <w:rFonts w:ascii="Aptos" w:hAnsi="Aptos"/>
        </w:rPr>
        <w:t xml:space="preserve">Il sottoscritto, </w:t>
      </w:r>
      <w:r w:rsidR="0051741D" w:rsidRPr="0033612A">
        <w:rPr>
          <w:rFonts w:ascii="Aptos" w:hAnsi="Aptos"/>
        </w:rPr>
        <w:t xml:space="preserve">ai sensi degli artt. 46 e 47 del D.P.R. 445/2000  e consapevole delle relative responsabilità, anche penali, </w:t>
      </w:r>
      <w:r w:rsidRPr="0033612A">
        <w:rPr>
          <w:rFonts w:ascii="Aptos" w:hAnsi="Aptos"/>
        </w:rPr>
        <w:t>nella qualità sopra indicata,</w:t>
      </w:r>
    </w:p>
    <w:p w14:paraId="1BCFB47C" w14:textId="2A7F55A0" w:rsidR="00BA10D4" w:rsidRPr="0033612A" w:rsidRDefault="00BE5C46" w:rsidP="00941332">
      <w:pPr>
        <w:ind w:left="2880" w:firstLine="720"/>
        <w:rPr>
          <w:rFonts w:ascii="Aptos" w:hAnsi="Aptos"/>
        </w:rPr>
      </w:pPr>
      <w:r w:rsidRPr="0033612A">
        <w:rPr>
          <w:rFonts w:ascii="Aptos" w:hAnsi="Aptos"/>
        </w:rPr>
        <w:t>dichiara che l’impresa:</w:t>
      </w:r>
    </w:p>
    <w:p w14:paraId="0A4BBA03" w14:textId="6861FCD6" w:rsidR="00BA10D4" w:rsidRPr="0033612A" w:rsidRDefault="00BE5C46">
      <w:pPr>
        <w:rPr>
          <w:rFonts w:ascii="Aptos" w:hAnsi="Aptos"/>
        </w:rPr>
      </w:pPr>
      <w:r w:rsidRPr="0033612A">
        <w:rPr>
          <w:rFonts w:ascii="Aptos" w:hAnsi="Aptos"/>
        </w:rPr>
        <w:t>☐ esercita l’attività di autotrasporto di merci per conto di terzi;</w:t>
      </w:r>
      <w:r w:rsidRPr="0033612A">
        <w:rPr>
          <w:rFonts w:ascii="Aptos" w:hAnsi="Aptos"/>
        </w:rPr>
        <w:br/>
        <w:t>☐ è iscritta all’Albo nazionale degli autotrasportatori di cose per conto di terzi, con iscrizione in essere;</w:t>
      </w:r>
      <w:r w:rsidRPr="0033612A">
        <w:rPr>
          <w:rFonts w:ascii="Aptos" w:hAnsi="Aptos"/>
        </w:rPr>
        <w:br/>
        <w:t>☐ è utilizzatrice dei veicoli oggetto dei contratti elencati nella pagina seguente e impiega tali veicoli nell’esercizio della propria attività.</w:t>
      </w:r>
    </w:p>
    <w:p w14:paraId="162BCB13" w14:textId="071F2CAE" w:rsidR="00BA10D4" w:rsidRPr="0033612A" w:rsidRDefault="00BE5C46">
      <w:pPr>
        <w:rPr>
          <w:rFonts w:ascii="Aptos" w:hAnsi="Aptos"/>
        </w:rPr>
      </w:pPr>
      <w:r w:rsidRPr="0033612A">
        <w:rPr>
          <w:rFonts w:ascii="Aptos" w:hAnsi="Aptos"/>
        </w:rPr>
        <w:t>Numero completo di iscrizione all’Albo</w:t>
      </w:r>
      <w:r w:rsidR="00941332" w:rsidRPr="0033612A">
        <w:rPr>
          <w:rFonts w:ascii="Aptos" w:hAnsi="Aptos"/>
        </w:rPr>
        <w:t xml:space="preserve"> suddetto</w:t>
      </w:r>
      <w:r w:rsidRPr="0033612A">
        <w:rPr>
          <w:rFonts w:ascii="Aptos" w:hAnsi="Aptos"/>
        </w:rPr>
        <w:t xml:space="preserve"> _____________________________________</w:t>
      </w:r>
      <w:r w:rsidR="00941332" w:rsidRPr="0033612A">
        <w:rPr>
          <w:rFonts w:ascii="Aptos" w:hAnsi="Aptos"/>
        </w:rPr>
        <w:t>__________________</w:t>
      </w:r>
      <w:r w:rsidRPr="0033612A">
        <w:rPr>
          <w:rFonts w:ascii="Aptos" w:hAnsi="Aptos"/>
        </w:rPr>
        <w:br/>
        <w:t>Provincia o ufficio di iscrizione ____________________________________________</w:t>
      </w:r>
      <w:r w:rsidR="00941332" w:rsidRPr="0033612A">
        <w:rPr>
          <w:rFonts w:ascii="Aptos" w:hAnsi="Aptos"/>
        </w:rPr>
        <w:t>__________________________</w:t>
      </w:r>
      <w:r w:rsidRPr="0033612A">
        <w:rPr>
          <w:rFonts w:ascii="Aptos" w:hAnsi="Aptos"/>
        </w:rPr>
        <w:br/>
        <w:t>Data di iscrizione ____________________</w:t>
      </w:r>
      <w:r w:rsidR="00941332" w:rsidRPr="0033612A">
        <w:rPr>
          <w:rFonts w:ascii="Aptos" w:hAnsi="Aptos"/>
        </w:rPr>
        <w:t>_____________________________________________________________</w:t>
      </w:r>
      <w:r w:rsidRPr="0033612A">
        <w:rPr>
          <w:rFonts w:ascii="Aptos" w:hAnsi="Aptos"/>
        </w:rPr>
        <w:br/>
        <w:t>Estremi di eventuali provvedimenti rilevanti o precisazioni ______________________</w:t>
      </w:r>
      <w:r w:rsidR="00941332" w:rsidRPr="0033612A">
        <w:rPr>
          <w:rFonts w:ascii="Aptos" w:hAnsi="Aptos"/>
        </w:rPr>
        <w:t>__________________________</w:t>
      </w:r>
      <w:r w:rsidRPr="0033612A">
        <w:rPr>
          <w:rFonts w:ascii="Aptos" w:hAnsi="Aptos"/>
        </w:rPr>
        <w:br/>
        <w:t>______________________________________________________________________</w:t>
      </w:r>
      <w:r w:rsidR="00941332" w:rsidRPr="0033612A">
        <w:rPr>
          <w:rFonts w:ascii="Aptos" w:hAnsi="Aptos"/>
        </w:rPr>
        <w:t>__________________________</w:t>
      </w:r>
    </w:p>
    <w:p w14:paraId="291A6468" w14:textId="77777777" w:rsidR="00BA10D4" w:rsidRPr="0033612A" w:rsidRDefault="00BE5C46">
      <w:pPr>
        <w:rPr>
          <w:rFonts w:ascii="Aptos" w:hAnsi="Aptos"/>
        </w:rPr>
      </w:pPr>
      <w:r w:rsidRPr="0033612A">
        <w:rPr>
          <w:rFonts w:ascii="Aptos" w:hAnsi="Aptos"/>
        </w:rPr>
        <w:t>Dichiara inoltre di essere munito dei poteri necessari per presentare la richiesta e che le informazioni riportate nel modulo corrispondono al vero.</w:t>
      </w:r>
    </w:p>
    <w:p w14:paraId="075D8085" w14:textId="00F5FFAD" w:rsidR="00BA10D4" w:rsidRPr="0033612A" w:rsidRDefault="009F6324" w:rsidP="00941332">
      <w:pPr>
        <w:rPr>
          <w:rFonts w:ascii="Aptos" w:eastAsiaTheme="majorEastAsia" w:hAnsi="Aptos" w:cstheme="majorBidi"/>
          <w:b/>
          <w:bCs/>
          <w:color w:val="7030A0"/>
          <w:sz w:val="24"/>
          <w:szCs w:val="28"/>
        </w:rPr>
      </w:pPr>
      <w:r>
        <w:rPr>
          <w:rFonts w:ascii="Aptos" w:eastAsiaTheme="majorEastAsia" w:hAnsi="Aptos" w:cstheme="majorBidi"/>
          <w:b/>
          <w:bCs/>
          <w:color w:val="7030A0"/>
          <w:sz w:val="24"/>
          <w:szCs w:val="28"/>
        </w:rPr>
        <w:t xml:space="preserve">3. </w:t>
      </w:r>
      <w:r w:rsidR="00BE5C46" w:rsidRPr="0033612A">
        <w:rPr>
          <w:rFonts w:ascii="Aptos" w:eastAsiaTheme="majorEastAsia" w:hAnsi="Aptos" w:cstheme="majorBidi"/>
          <w:b/>
          <w:bCs/>
          <w:color w:val="7030A0"/>
          <w:sz w:val="24"/>
          <w:szCs w:val="28"/>
        </w:rPr>
        <w:t>Contratti interessati e scelta della sospensione</w:t>
      </w:r>
    </w:p>
    <w:p w14:paraId="2918204C" w14:textId="77777777" w:rsidR="00BA10D4" w:rsidRPr="0033612A" w:rsidRDefault="00BE5C46">
      <w:pPr>
        <w:rPr>
          <w:rFonts w:ascii="Aptos" w:hAnsi="Aptos"/>
        </w:rPr>
      </w:pPr>
      <w:r w:rsidRPr="0033612A">
        <w:rPr>
          <w:rFonts w:ascii="Aptos" w:hAnsi="Aptos"/>
        </w:rPr>
        <w:t>Il sottoscritto richiede la sospensione dei canoni in scadenza nel periodo dal 1° novembre 2026 al 31 marzo 2027 per i seguenti contratti, selezionando una sola opzione per ciascuno:</w:t>
      </w:r>
    </w:p>
    <w:p w14:paraId="1D9BBD02" w14:textId="4786FF69" w:rsidR="00BA10D4" w:rsidRPr="0033612A" w:rsidRDefault="00BE5C46">
      <w:pPr>
        <w:rPr>
          <w:rFonts w:ascii="Aptos" w:hAnsi="Aptos"/>
        </w:rPr>
      </w:pPr>
      <w:r w:rsidRPr="0033612A">
        <w:rPr>
          <w:rFonts w:ascii="Aptos" w:hAnsi="Aptos"/>
          <w:b/>
        </w:rPr>
        <w:t>A</w:t>
      </w:r>
      <w:r w:rsidR="00941332" w:rsidRPr="0033612A">
        <w:rPr>
          <w:rFonts w:ascii="Aptos" w:hAnsi="Aptos"/>
          <w:b/>
        </w:rPr>
        <w:t>)</w:t>
      </w:r>
      <w:r w:rsidRPr="0033612A">
        <w:rPr>
          <w:rFonts w:ascii="Aptos" w:hAnsi="Aptos"/>
          <w:b/>
        </w:rPr>
        <w:t xml:space="preserve">  Sospensione del pagamento dell’intero canone.</w:t>
      </w:r>
      <w:r w:rsidRPr="0033612A">
        <w:rPr>
          <w:rFonts w:ascii="Aptos" w:hAnsi="Aptos"/>
          <w:b/>
        </w:rPr>
        <w:br/>
        <w:t>B</w:t>
      </w:r>
      <w:r w:rsidR="00941332" w:rsidRPr="0033612A">
        <w:rPr>
          <w:rFonts w:ascii="Aptos" w:hAnsi="Aptos"/>
          <w:b/>
        </w:rPr>
        <w:t>)</w:t>
      </w:r>
      <w:r w:rsidRPr="0033612A">
        <w:rPr>
          <w:rFonts w:ascii="Aptos" w:hAnsi="Aptos"/>
          <w:b/>
        </w:rPr>
        <w:t xml:space="preserve">  Sospensione del solo rimborso della quota capitale</w:t>
      </w:r>
      <w:r w:rsidR="00941332" w:rsidRPr="0033612A">
        <w:rPr>
          <w:rFonts w:ascii="Aptos" w:hAnsi="Aptos"/>
          <w:b/>
        </w:rPr>
        <w:t xml:space="preserve"> (resta inteso che continuerà ad essere addebitata la quota interessi, con le modalità contrattualmente previste)</w:t>
      </w:r>
      <w:r w:rsidRPr="0033612A">
        <w:rPr>
          <w:rFonts w:ascii="Aptos" w:hAnsi="Aptos"/>
          <w:b/>
        </w:rPr>
        <w:t>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753"/>
        <w:gridCol w:w="4769"/>
        <w:gridCol w:w="2753"/>
      </w:tblGrid>
      <w:tr w:rsidR="00BA10D4" w:rsidRPr="0033612A" w14:paraId="7C8117CE" w14:textId="77777777" w:rsidTr="00941332">
        <w:trPr>
          <w:trHeight w:val="484"/>
        </w:trPr>
        <w:tc>
          <w:tcPr>
            <w:tcW w:w="27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EEEE"/>
          </w:tcPr>
          <w:p w14:paraId="7AAEAE72" w14:textId="77777777" w:rsidR="00BA10D4" w:rsidRPr="0033612A" w:rsidRDefault="00BE5C46">
            <w:pPr>
              <w:spacing w:before="100"/>
              <w:rPr>
                <w:rFonts w:ascii="Aptos" w:hAnsi="Aptos"/>
              </w:rPr>
            </w:pPr>
            <w:r w:rsidRPr="0033612A">
              <w:rPr>
                <w:rFonts w:ascii="Aptos" w:hAnsi="Aptos"/>
              </w:rPr>
              <w:lastRenderedPageBreak/>
              <w:t>Numero contratto</w:t>
            </w:r>
          </w:p>
        </w:tc>
        <w:tc>
          <w:tcPr>
            <w:tcW w:w="47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EEEE"/>
          </w:tcPr>
          <w:p w14:paraId="1A673883" w14:textId="77777777" w:rsidR="00BA10D4" w:rsidRPr="0033612A" w:rsidRDefault="00BE5C46">
            <w:pPr>
              <w:spacing w:before="100"/>
              <w:rPr>
                <w:rFonts w:ascii="Aptos" w:hAnsi="Aptos"/>
              </w:rPr>
            </w:pPr>
            <w:r w:rsidRPr="0033612A">
              <w:rPr>
                <w:rFonts w:ascii="Aptos" w:hAnsi="Aptos"/>
              </w:rPr>
              <w:t>Targa e telaio del veicolo</w:t>
            </w:r>
          </w:p>
        </w:tc>
        <w:tc>
          <w:tcPr>
            <w:tcW w:w="27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EEEE"/>
          </w:tcPr>
          <w:p w14:paraId="04EFBF0D" w14:textId="77777777" w:rsidR="00BA10D4" w:rsidRPr="0033612A" w:rsidRDefault="00BE5C46">
            <w:pPr>
              <w:spacing w:before="100"/>
              <w:rPr>
                <w:rFonts w:ascii="Aptos" w:hAnsi="Aptos"/>
              </w:rPr>
            </w:pPr>
            <w:r w:rsidRPr="0033612A">
              <w:rPr>
                <w:rFonts w:ascii="Aptos" w:hAnsi="Aptos"/>
              </w:rPr>
              <w:t>Scelta</w:t>
            </w:r>
          </w:p>
        </w:tc>
      </w:tr>
      <w:tr w:rsidR="00BA10D4" w:rsidRPr="0033612A" w14:paraId="330DAD0D" w14:textId="77777777" w:rsidTr="00941332">
        <w:trPr>
          <w:trHeight w:val="770"/>
        </w:trPr>
        <w:tc>
          <w:tcPr>
            <w:tcW w:w="27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F7B41FA" w14:textId="77777777" w:rsidR="00BA10D4" w:rsidRPr="0033612A" w:rsidRDefault="00BE5C46">
            <w:pPr>
              <w:spacing w:before="100"/>
              <w:rPr>
                <w:rFonts w:ascii="Aptos" w:hAnsi="Aptos"/>
              </w:rPr>
            </w:pPr>
            <w:r w:rsidRPr="0033612A">
              <w:rPr>
                <w:rFonts w:ascii="Aptos" w:hAnsi="Aptos"/>
              </w:rPr>
              <w:t>________________</w:t>
            </w:r>
          </w:p>
        </w:tc>
        <w:tc>
          <w:tcPr>
            <w:tcW w:w="47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69F15AC" w14:textId="77777777" w:rsidR="00BA10D4" w:rsidRPr="0033612A" w:rsidRDefault="00BE5C46">
            <w:pPr>
              <w:spacing w:before="100"/>
              <w:rPr>
                <w:rFonts w:ascii="Aptos" w:hAnsi="Aptos"/>
              </w:rPr>
            </w:pPr>
            <w:r w:rsidRPr="0033612A">
              <w:rPr>
                <w:rFonts w:ascii="Aptos" w:hAnsi="Aptos"/>
              </w:rPr>
              <w:t>Targa __________________</w:t>
            </w:r>
            <w:r w:rsidRPr="0033612A">
              <w:rPr>
                <w:rFonts w:ascii="Aptos" w:hAnsi="Aptos"/>
              </w:rPr>
              <w:br/>
              <w:t>Telaio __________________</w:t>
            </w:r>
          </w:p>
        </w:tc>
        <w:tc>
          <w:tcPr>
            <w:tcW w:w="27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00F3916" w14:textId="77777777" w:rsidR="00BA10D4" w:rsidRPr="0033612A" w:rsidRDefault="00BE5C46">
            <w:pPr>
              <w:spacing w:before="100"/>
              <w:rPr>
                <w:rFonts w:ascii="Aptos" w:hAnsi="Aptos"/>
              </w:rPr>
            </w:pPr>
            <w:r w:rsidRPr="0033612A">
              <w:rPr>
                <w:rFonts w:ascii="Aptos" w:hAnsi="Aptos"/>
              </w:rPr>
              <w:t>☐ A   ☐ B</w:t>
            </w:r>
          </w:p>
        </w:tc>
      </w:tr>
      <w:tr w:rsidR="00BA10D4" w:rsidRPr="0033612A" w14:paraId="4CEDA323" w14:textId="77777777" w:rsidTr="00941332">
        <w:trPr>
          <w:trHeight w:val="770"/>
        </w:trPr>
        <w:tc>
          <w:tcPr>
            <w:tcW w:w="27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EB49E12" w14:textId="77777777" w:rsidR="00BA10D4" w:rsidRPr="0033612A" w:rsidRDefault="00BE5C46">
            <w:pPr>
              <w:spacing w:before="100"/>
              <w:rPr>
                <w:rFonts w:ascii="Aptos" w:hAnsi="Aptos"/>
              </w:rPr>
            </w:pPr>
            <w:r w:rsidRPr="0033612A">
              <w:rPr>
                <w:rFonts w:ascii="Aptos" w:hAnsi="Aptos"/>
              </w:rPr>
              <w:t>________________</w:t>
            </w:r>
          </w:p>
        </w:tc>
        <w:tc>
          <w:tcPr>
            <w:tcW w:w="47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220E3EA" w14:textId="77777777" w:rsidR="00BA10D4" w:rsidRPr="0033612A" w:rsidRDefault="00BE5C46">
            <w:pPr>
              <w:spacing w:before="100"/>
              <w:rPr>
                <w:rFonts w:ascii="Aptos" w:hAnsi="Aptos"/>
              </w:rPr>
            </w:pPr>
            <w:r w:rsidRPr="0033612A">
              <w:rPr>
                <w:rFonts w:ascii="Aptos" w:hAnsi="Aptos"/>
              </w:rPr>
              <w:t>Targa __________________</w:t>
            </w:r>
            <w:r w:rsidRPr="0033612A">
              <w:rPr>
                <w:rFonts w:ascii="Aptos" w:hAnsi="Aptos"/>
              </w:rPr>
              <w:br/>
              <w:t>Telaio __________________</w:t>
            </w:r>
          </w:p>
        </w:tc>
        <w:tc>
          <w:tcPr>
            <w:tcW w:w="27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2D47DDF" w14:textId="77777777" w:rsidR="00BA10D4" w:rsidRPr="0033612A" w:rsidRDefault="00BE5C46">
            <w:pPr>
              <w:spacing w:before="100"/>
              <w:rPr>
                <w:rFonts w:ascii="Aptos" w:hAnsi="Aptos"/>
              </w:rPr>
            </w:pPr>
            <w:r w:rsidRPr="0033612A">
              <w:rPr>
                <w:rFonts w:ascii="Aptos" w:hAnsi="Aptos"/>
              </w:rPr>
              <w:t>☐ A   ☐ B</w:t>
            </w:r>
          </w:p>
        </w:tc>
      </w:tr>
      <w:tr w:rsidR="00BA10D4" w:rsidRPr="0033612A" w14:paraId="73B9A5E8" w14:textId="77777777" w:rsidTr="00941332">
        <w:trPr>
          <w:trHeight w:val="775"/>
        </w:trPr>
        <w:tc>
          <w:tcPr>
            <w:tcW w:w="27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398485C" w14:textId="77777777" w:rsidR="00BA10D4" w:rsidRPr="0033612A" w:rsidRDefault="00BE5C46">
            <w:pPr>
              <w:spacing w:before="100"/>
              <w:rPr>
                <w:rFonts w:ascii="Aptos" w:hAnsi="Aptos"/>
              </w:rPr>
            </w:pPr>
            <w:r w:rsidRPr="0033612A">
              <w:rPr>
                <w:rFonts w:ascii="Aptos" w:hAnsi="Aptos"/>
              </w:rPr>
              <w:t>________________</w:t>
            </w:r>
          </w:p>
        </w:tc>
        <w:tc>
          <w:tcPr>
            <w:tcW w:w="47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41CD8AD" w14:textId="77777777" w:rsidR="00BA10D4" w:rsidRPr="0033612A" w:rsidRDefault="00BE5C46">
            <w:pPr>
              <w:spacing w:before="100"/>
              <w:rPr>
                <w:rFonts w:ascii="Aptos" w:hAnsi="Aptos"/>
              </w:rPr>
            </w:pPr>
            <w:r w:rsidRPr="0033612A">
              <w:rPr>
                <w:rFonts w:ascii="Aptos" w:hAnsi="Aptos"/>
              </w:rPr>
              <w:t>Targa __________________</w:t>
            </w:r>
            <w:r w:rsidRPr="0033612A">
              <w:rPr>
                <w:rFonts w:ascii="Aptos" w:hAnsi="Aptos"/>
              </w:rPr>
              <w:br/>
              <w:t>Telaio __________________</w:t>
            </w:r>
          </w:p>
        </w:tc>
        <w:tc>
          <w:tcPr>
            <w:tcW w:w="27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1B123DD" w14:textId="77777777" w:rsidR="00BA10D4" w:rsidRPr="0033612A" w:rsidRDefault="00BE5C46">
            <w:pPr>
              <w:spacing w:before="100"/>
              <w:rPr>
                <w:rFonts w:ascii="Aptos" w:hAnsi="Aptos"/>
              </w:rPr>
            </w:pPr>
            <w:r w:rsidRPr="0033612A">
              <w:rPr>
                <w:rFonts w:ascii="Aptos" w:hAnsi="Aptos"/>
              </w:rPr>
              <w:t>☐ A   ☐ B</w:t>
            </w:r>
          </w:p>
        </w:tc>
      </w:tr>
    </w:tbl>
    <w:p w14:paraId="341EA034" w14:textId="77777777" w:rsidR="00BA10D4" w:rsidRPr="0033612A" w:rsidRDefault="00BE5C46">
      <w:pPr>
        <w:rPr>
          <w:rFonts w:ascii="Aptos" w:hAnsi="Aptos"/>
        </w:rPr>
      </w:pPr>
      <w:r w:rsidRPr="0033612A">
        <w:rPr>
          <w:rFonts w:ascii="Aptos" w:hAnsi="Aptos"/>
        </w:rPr>
        <w:t>Per ulteriori contratti o veicoli allegare un elenco sottoscritto con gli stessi dati e la scelta A o B per ciascun contratto. Numero di fogli aggiuntivi: ______.</w:t>
      </w:r>
    </w:p>
    <w:p w14:paraId="15F4CC86" w14:textId="576489A3" w:rsidR="00BA10D4" w:rsidRPr="0033612A" w:rsidRDefault="009F6324">
      <w:pPr>
        <w:pStyle w:val="Titolo1"/>
        <w:rPr>
          <w:rFonts w:ascii="Aptos" w:hAnsi="Aptos"/>
          <w:color w:val="7030A0"/>
        </w:rPr>
      </w:pPr>
      <w:r>
        <w:rPr>
          <w:rFonts w:ascii="Aptos" w:hAnsi="Aptos"/>
          <w:color w:val="7030A0"/>
        </w:rPr>
        <w:t>4.</w:t>
      </w:r>
      <w:r w:rsidR="00BE5C46" w:rsidRPr="0033612A">
        <w:rPr>
          <w:rFonts w:ascii="Aptos" w:hAnsi="Aptos"/>
          <w:color w:val="7030A0"/>
        </w:rPr>
        <w:t xml:space="preserve"> Effetti della richiesta e informazioni sugli interessi</w:t>
      </w:r>
    </w:p>
    <w:p w14:paraId="6B56FE27" w14:textId="61DF5DA8" w:rsidR="00BA10D4" w:rsidRPr="0033612A" w:rsidRDefault="00BE5C46" w:rsidP="00941332">
      <w:pPr>
        <w:jc w:val="both"/>
        <w:rPr>
          <w:rFonts w:ascii="Aptos" w:hAnsi="Aptos"/>
        </w:rPr>
      </w:pPr>
      <w:r w:rsidRPr="0033612A">
        <w:rPr>
          <w:rFonts w:ascii="Aptos" w:hAnsi="Aptos"/>
        </w:rPr>
        <w:t>Il richiedente prende atto che, ai sensi dell’articolo 3 del decreto-legge</w:t>
      </w:r>
      <w:r w:rsidR="00941332" w:rsidRPr="0033612A">
        <w:rPr>
          <w:rFonts w:ascii="Aptos" w:hAnsi="Aptos"/>
        </w:rPr>
        <w:t xml:space="preserve"> 23.10.2026, n. 193</w:t>
      </w:r>
      <w:r w:rsidRPr="0033612A">
        <w:rPr>
          <w:rFonts w:ascii="Aptos" w:hAnsi="Aptos"/>
        </w:rPr>
        <w:t>:</w:t>
      </w:r>
    </w:p>
    <w:p w14:paraId="639ABCA1" w14:textId="77777777" w:rsidR="00D5537E" w:rsidRPr="0033612A" w:rsidRDefault="00BE5C46" w:rsidP="00D5537E">
      <w:pPr>
        <w:pStyle w:val="Paragrafoelenco"/>
        <w:numPr>
          <w:ilvl w:val="0"/>
          <w:numId w:val="1"/>
        </w:numPr>
        <w:ind w:left="993" w:hanging="426"/>
        <w:jc w:val="both"/>
        <w:rPr>
          <w:rFonts w:ascii="Aptos" w:hAnsi="Aptos"/>
        </w:rPr>
      </w:pPr>
      <w:r w:rsidRPr="0033612A">
        <w:rPr>
          <w:rFonts w:ascii="Aptos" w:hAnsi="Aptos"/>
        </w:rPr>
        <w:t>dalla presentazione della richiesta e fino al 31 marzo 2027, le operazioni interessate non possono essere risolte, revocate né dichiarate decadute dal beneficio del termine per effetto della sospensione medesima;</w:t>
      </w:r>
    </w:p>
    <w:p w14:paraId="0FA565CD" w14:textId="77777777" w:rsidR="00D5537E" w:rsidRPr="0033612A" w:rsidRDefault="00BE5C46" w:rsidP="00D5537E">
      <w:pPr>
        <w:pStyle w:val="Paragrafoelenco"/>
        <w:numPr>
          <w:ilvl w:val="0"/>
          <w:numId w:val="1"/>
        </w:numPr>
        <w:ind w:left="993" w:hanging="426"/>
        <w:jc w:val="both"/>
        <w:rPr>
          <w:rFonts w:ascii="Aptos" w:hAnsi="Aptos"/>
        </w:rPr>
      </w:pPr>
      <w:r w:rsidRPr="0033612A">
        <w:rPr>
          <w:rFonts w:ascii="Aptos" w:hAnsi="Aptos"/>
        </w:rPr>
        <w:t xml:space="preserve">il piano di rimborso è dilazionato, unitamente al pagamento degli elementi accessori, senza alcuna formalità, e il termine finale del contratto è prorogato </w:t>
      </w:r>
      <w:r w:rsidR="00CC20BD" w:rsidRPr="0033612A">
        <w:rPr>
          <w:rFonts w:ascii="Aptos" w:hAnsi="Aptos"/>
        </w:rPr>
        <w:t xml:space="preserve">in ragione </w:t>
      </w:r>
      <w:r w:rsidR="00D5537E" w:rsidRPr="0033612A">
        <w:rPr>
          <w:rFonts w:ascii="Aptos" w:hAnsi="Aptos"/>
        </w:rPr>
        <w:t>del periodo di</w:t>
      </w:r>
      <w:r w:rsidR="00CC20BD" w:rsidRPr="0033612A">
        <w:rPr>
          <w:rFonts w:ascii="Aptos" w:hAnsi="Aptos"/>
        </w:rPr>
        <w:t xml:space="preserve"> sospensione</w:t>
      </w:r>
      <w:r w:rsidR="00D5537E" w:rsidRPr="0033612A">
        <w:rPr>
          <w:rFonts w:ascii="Aptos" w:hAnsi="Aptos"/>
        </w:rPr>
        <w:t xml:space="preserve">, </w:t>
      </w:r>
      <w:r w:rsidR="00CC20BD" w:rsidRPr="0033612A">
        <w:rPr>
          <w:rFonts w:ascii="Aptos" w:hAnsi="Aptos"/>
        </w:rPr>
        <w:t>nonchè della quota parte di interessi maturati nel periodo di sospensione</w:t>
      </w:r>
      <w:r w:rsidRPr="0033612A">
        <w:rPr>
          <w:rFonts w:ascii="Aptos" w:hAnsi="Aptos"/>
        </w:rPr>
        <w:t>;</w:t>
      </w:r>
    </w:p>
    <w:p w14:paraId="03611755" w14:textId="2F5FF777" w:rsidR="00BA10D4" w:rsidRPr="0033612A" w:rsidRDefault="00BE5C46" w:rsidP="00D5537E">
      <w:pPr>
        <w:pStyle w:val="Paragrafoelenco"/>
        <w:numPr>
          <w:ilvl w:val="0"/>
          <w:numId w:val="1"/>
        </w:numPr>
        <w:ind w:left="993" w:hanging="426"/>
        <w:jc w:val="both"/>
        <w:rPr>
          <w:rFonts w:ascii="Aptos" w:hAnsi="Aptos"/>
        </w:rPr>
      </w:pPr>
      <w:r w:rsidRPr="0033612A">
        <w:rPr>
          <w:rFonts w:ascii="Aptos" w:hAnsi="Aptos"/>
        </w:rPr>
        <w:t>gli interessi maturati nel periodo di sospensione restano dovuti e sono corrisposti secondo le modalità previste dal contratto, oppure secondo condizioni e modalità più favorevoli concordate tra le parti.</w:t>
      </w:r>
    </w:p>
    <w:p w14:paraId="7B5B0248" w14:textId="3586B81B" w:rsidR="00BA10D4" w:rsidRPr="0033612A" w:rsidRDefault="009F6324">
      <w:pPr>
        <w:pStyle w:val="Titolo1"/>
        <w:rPr>
          <w:rFonts w:ascii="Aptos" w:hAnsi="Aptos"/>
          <w:color w:val="7030A0"/>
        </w:rPr>
      </w:pPr>
      <w:r>
        <w:rPr>
          <w:rFonts w:ascii="Aptos" w:hAnsi="Aptos"/>
          <w:color w:val="7030A0"/>
        </w:rPr>
        <w:t>5.</w:t>
      </w:r>
      <w:r w:rsidR="00BE5C46" w:rsidRPr="0033612A">
        <w:rPr>
          <w:rFonts w:ascii="Aptos" w:hAnsi="Aptos"/>
          <w:color w:val="7030A0"/>
        </w:rPr>
        <w:t xml:space="preserve"> </w:t>
      </w:r>
      <w:r w:rsidR="00941332" w:rsidRPr="0033612A">
        <w:rPr>
          <w:rFonts w:ascii="Aptos" w:hAnsi="Aptos"/>
          <w:color w:val="7030A0"/>
        </w:rPr>
        <w:t xml:space="preserve">Allegati </w:t>
      </w:r>
    </w:p>
    <w:p w14:paraId="64304A41" w14:textId="7AAD3B6F" w:rsidR="00941332" w:rsidRPr="0033612A" w:rsidRDefault="00BE5C46">
      <w:pPr>
        <w:rPr>
          <w:rFonts w:ascii="Aptos" w:hAnsi="Aptos"/>
        </w:rPr>
      </w:pPr>
      <w:r w:rsidRPr="0033612A">
        <w:rPr>
          <w:rFonts w:ascii="Aptos" w:hAnsi="Aptos"/>
        </w:rPr>
        <w:br/>
        <w:t xml:space="preserve">☐ Evidenza dell’iscrizione all’Albo  </w:t>
      </w:r>
    </w:p>
    <w:p w14:paraId="6D738EC5" w14:textId="5A962079" w:rsidR="00BA10D4" w:rsidRPr="0033612A" w:rsidRDefault="00BE5C46">
      <w:pPr>
        <w:rPr>
          <w:rFonts w:ascii="Aptos" w:hAnsi="Aptos"/>
        </w:rPr>
      </w:pPr>
      <w:r w:rsidRPr="0033612A">
        <w:rPr>
          <w:rFonts w:ascii="Aptos" w:hAnsi="Aptos"/>
        </w:rPr>
        <w:t>☐ Documento</w:t>
      </w:r>
      <w:r w:rsidR="00941332" w:rsidRPr="0033612A">
        <w:rPr>
          <w:rFonts w:ascii="Aptos" w:hAnsi="Aptos"/>
        </w:rPr>
        <w:t xml:space="preserve"> di identità del firmatario </w:t>
      </w:r>
      <w:r w:rsidRPr="0033612A">
        <w:rPr>
          <w:rFonts w:ascii="Aptos" w:hAnsi="Aptos"/>
        </w:rPr>
        <w:br/>
        <w:t>☐ Procura o evidenza dei poteri</w:t>
      </w:r>
      <w:r w:rsidRPr="0033612A">
        <w:rPr>
          <w:rFonts w:ascii="Aptos" w:hAnsi="Aptos"/>
        </w:rPr>
        <w:br/>
        <w:t>☐ Altro ______________________________________________________________</w:t>
      </w:r>
      <w:r w:rsidR="00941332" w:rsidRPr="0033612A">
        <w:rPr>
          <w:rFonts w:ascii="Aptos" w:hAnsi="Aptos"/>
        </w:rPr>
        <w:t>_________________________</w:t>
      </w:r>
    </w:p>
    <w:p w14:paraId="05391D45" w14:textId="77777777" w:rsidR="00BA10D4" w:rsidRPr="0033612A" w:rsidRDefault="00BE5C46">
      <w:pPr>
        <w:rPr>
          <w:rFonts w:ascii="Aptos" w:hAnsi="Aptos"/>
        </w:rPr>
      </w:pPr>
      <w:r w:rsidRPr="0033612A">
        <w:rPr>
          <w:rFonts w:ascii="Aptos" w:hAnsi="Aptos"/>
        </w:rPr>
        <w:t>Gli allegati hanno funzione di identificazione e verifica e non introducono ulteriori requisiti di accesso rispetto a quelli previsti dalla legge.</w:t>
      </w:r>
    </w:p>
    <w:p w14:paraId="7B24A3B9" w14:textId="12303D6A" w:rsidR="00BA10D4" w:rsidRPr="0033612A" w:rsidRDefault="00BE5C46">
      <w:pPr>
        <w:rPr>
          <w:rFonts w:ascii="Aptos" w:hAnsi="Aptos"/>
        </w:rPr>
      </w:pPr>
      <w:r w:rsidRPr="0033612A">
        <w:rPr>
          <w:rFonts w:ascii="Aptos" w:hAnsi="Aptos"/>
        </w:rPr>
        <w:t>Luogo e data __________________________</w:t>
      </w:r>
      <w:r w:rsidRPr="0033612A">
        <w:rPr>
          <w:rFonts w:ascii="Aptos" w:hAnsi="Aptos"/>
        </w:rPr>
        <w:br/>
        <w:t xml:space="preserve">Firma del </w:t>
      </w:r>
      <w:r w:rsidR="00941332" w:rsidRPr="0033612A">
        <w:rPr>
          <w:rFonts w:ascii="Aptos" w:hAnsi="Aptos"/>
        </w:rPr>
        <w:t xml:space="preserve">legale rappresentante </w:t>
      </w:r>
      <w:r w:rsidRPr="0033612A">
        <w:rPr>
          <w:rFonts w:ascii="Aptos" w:hAnsi="Aptos"/>
        </w:rPr>
        <w:t xml:space="preserve">o del soggetto munito di </w:t>
      </w:r>
      <w:r w:rsidR="00941332" w:rsidRPr="0033612A">
        <w:rPr>
          <w:rFonts w:ascii="Aptos" w:hAnsi="Aptos"/>
        </w:rPr>
        <w:t xml:space="preserve">idonei </w:t>
      </w:r>
      <w:r w:rsidRPr="0033612A">
        <w:rPr>
          <w:rFonts w:ascii="Aptos" w:hAnsi="Aptos"/>
        </w:rPr>
        <w:t>poteri ______________________________</w:t>
      </w:r>
    </w:p>
    <w:p w14:paraId="47A9F13C" w14:textId="527A85B5" w:rsidR="00BA10D4" w:rsidRPr="0033612A" w:rsidRDefault="00BE5C46">
      <w:pPr>
        <w:rPr>
          <w:rFonts w:ascii="Aptos" w:hAnsi="Aptos"/>
        </w:rPr>
      </w:pPr>
      <w:r w:rsidRPr="0033612A">
        <w:rPr>
          <w:rFonts w:ascii="Aptos" w:hAnsi="Aptos"/>
        </w:rPr>
        <w:t xml:space="preserve">I dati sono trattati dalla </w:t>
      </w:r>
      <w:r w:rsidR="00941332" w:rsidRPr="0033612A">
        <w:rPr>
          <w:rFonts w:ascii="Aptos" w:hAnsi="Aptos"/>
        </w:rPr>
        <w:t xml:space="preserve">Società </w:t>
      </w:r>
      <w:r w:rsidRPr="0033612A">
        <w:rPr>
          <w:rFonts w:ascii="Aptos" w:hAnsi="Aptos"/>
        </w:rPr>
        <w:t xml:space="preserve">concedente </w:t>
      </w:r>
      <w:r w:rsidR="00941332" w:rsidRPr="0033612A">
        <w:rPr>
          <w:rFonts w:ascii="Aptos" w:hAnsi="Aptos"/>
        </w:rPr>
        <w:t xml:space="preserve">al fine di </w:t>
      </w:r>
      <w:r w:rsidRPr="0033612A">
        <w:rPr>
          <w:rFonts w:ascii="Aptos" w:hAnsi="Aptos"/>
        </w:rPr>
        <w:t xml:space="preserve">gestire la richiesta </w:t>
      </w:r>
      <w:r w:rsidR="00941332" w:rsidRPr="0033612A">
        <w:rPr>
          <w:rFonts w:ascii="Aptos" w:hAnsi="Aptos"/>
        </w:rPr>
        <w:t xml:space="preserve">di moratoria </w:t>
      </w:r>
      <w:r w:rsidRPr="0033612A">
        <w:rPr>
          <w:rFonts w:ascii="Aptos" w:hAnsi="Aptos"/>
        </w:rPr>
        <w:t>e i relativi adempimenti, secondo l’informativa privacy resa nel</w:t>
      </w:r>
      <w:r w:rsidR="00941332" w:rsidRPr="0033612A">
        <w:rPr>
          <w:rFonts w:ascii="Aptos" w:hAnsi="Aptos"/>
        </w:rPr>
        <w:t>l’ambito del</w:t>
      </w:r>
      <w:r w:rsidRPr="0033612A">
        <w:rPr>
          <w:rFonts w:ascii="Aptos" w:hAnsi="Aptos"/>
        </w:rPr>
        <w:t xml:space="preserve"> rapporto contrattuale</w:t>
      </w:r>
      <w:r w:rsidR="00941332" w:rsidRPr="0033612A">
        <w:rPr>
          <w:rFonts w:ascii="Aptos" w:hAnsi="Aptos"/>
        </w:rPr>
        <w:t xml:space="preserve"> in corso</w:t>
      </w:r>
      <w:r w:rsidRPr="0033612A">
        <w:rPr>
          <w:rFonts w:ascii="Aptos" w:hAnsi="Aptos"/>
        </w:rPr>
        <w:t xml:space="preserve">. </w:t>
      </w:r>
    </w:p>
    <w:sectPr w:rsidR="00BA10D4" w:rsidRPr="0033612A" w:rsidSect="00034616">
      <w:pgSz w:w="12240" w:h="15840"/>
      <w:pgMar w:top="936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EF15A17"/>
    <w:multiLevelType w:val="hybridMultilevel"/>
    <w:tmpl w:val="CB3415B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379057C"/>
    <w:multiLevelType w:val="hybridMultilevel"/>
    <w:tmpl w:val="32F2BDE2"/>
    <w:lvl w:ilvl="0" w:tplc="BBEA8EC8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E62B3"/>
    <w:multiLevelType w:val="hybridMultilevel"/>
    <w:tmpl w:val="25046CA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FD1D73"/>
    <w:multiLevelType w:val="hybridMultilevel"/>
    <w:tmpl w:val="D6E4812E"/>
    <w:lvl w:ilvl="0" w:tplc="081A3FB8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0F0624"/>
    <w:multiLevelType w:val="hybridMultilevel"/>
    <w:tmpl w:val="7C7C2E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1764812">
    <w:abstractNumId w:val="9"/>
  </w:num>
  <w:num w:numId="2" w16cid:durableId="1069498125">
    <w:abstractNumId w:val="0"/>
  </w:num>
  <w:num w:numId="3" w16cid:durableId="1245190498">
    <w:abstractNumId w:val="12"/>
  </w:num>
  <w:num w:numId="4" w16cid:durableId="1301350619">
    <w:abstractNumId w:val="10"/>
  </w:num>
  <w:num w:numId="5" w16cid:durableId="1338733329">
    <w:abstractNumId w:val="8"/>
  </w:num>
  <w:num w:numId="6" w16cid:durableId="1346666458">
    <w:abstractNumId w:val="7"/>
  </w:num>
  <w:num w:numId="7" w16cid:durableId="154415684">
    <w:abstractNumId w:val="5"/>
  </w:num>
  <w:num w:numId="8" w16cid:durableId="1877235335">
    <w:abstractNumId w:val="4"/>
  </w:num>
  <w:num w:numId="9" w16cid:durableId="1891651294">
    <w:abstractNumId w:val="2"/>
  </w:num>
  <w:num w:numId="10" w16cid:durableId="2100712277">
    <w:abstractNumId w:val="1"/>
  </w:num>
  <w:num w:numId="11" w16cid:durableId="28648479">
    <w:abstractNumId w:val="13"/>
  </w:num>
  <w:num w:numId="12" w16cid:durableId="782502485">
    <w:abstractNumId w:val="11"/>
  </w:num>
  <w:num w:numId="13" w16cid:durableId="88359173">
    <w:abstractNumId w:val="3"/>
  </w:num>
  <w:num w:numId="14" w16cid:durableId="9550191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358D"/>
    <w:rsid w:val="0015074B"/>
    <w:rsid w:val="0029639D"/>
    <w:rsid w:val="002F5599"/>
    <w:rsid w:val="00323C0F"/>
    <w:rsid w:val="00326F90"/>
    <w:rsid w:val="00333092"/>
    <w:rsid w:val="0033612A"/>
    <w:rsid w:val="00503042"/>
    <w:rsid w:val="0051741D"/>
    <w:rsid w:val="006114BA"/>
    <w:rsid w:val="00647A74"/>
    <w:rsid w:val="00763BD3"/>
    <w:rsid w:val="008526D4"/>
    <w:rsid w:val="00941332"/>
    <w:rsid w:val="00946081"/>
    <w:rsid w:val="009F6324"/>
    <w:rsid w:val="00AA1D8D"/>
    <w:rsid w:val="00B47730"/>
    <w:rsid w:val="00BA10D4"/>
    <w:rsid w:val="00BE5C46"/>
    <w:rsid w:val="00CA64B6"/>
    <w:rsid w:val="00CB0664"/>
    <w:rsid w:val="00CC20BD"/>
    <w:rsid w:val="00D5537E"/>
    <w:rsid w:val="00DC20B6"/>
    <w:rsid w:val="00E84C38"/>
    <w:rsid w:val="00FB027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FE9A16"/>
  <w14:defaultImageDpi w14:val="300"/>
  <w15:docId w15:val="{0683E08A-2C11-4E55-9A33-2E76442C0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00"/>
    </w:pPr>
    <w:rPr>
      <w:rFonts w:ascii="Calibri" w:hAnsi="Calibri"/>
      <w:color w:val="000000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200" w:after="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38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14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7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6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13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9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e">
    <w:name w:val="Revision"/>
    <w:hidden/>
    <w:uiPriority w:val="99"/>
    <w:semiHidden/>
    <w:rsid w:val="0051741D"/>
    <w:pPr>
      <w:spacing w:after="0" w:line="240" w:lineRule="auto"/>
    </w:pPr>
    <w:rPr>
      <w:rFonts w:ascii="Calibri" w:hAnsi="Calibri"/>
      <w:color w:val="000000"/>
      <w:sz w:val="21"/>
    </w:rPr>
  </w:style>
  <w:style w:type="paragraph" w:styleId="NormaleWeb">
    <w:name w:val="Normal (Web)"/>
    <w:basedOn w:val="Normale"/>
    <w:uiPriority w:val="99"/>
    <w:semiHidden/>
    <w:unhideWhenUsed/>
    <w:rsid w:val="00CC20BD"/>
    <w:rPr>
      <w:rFonts w:ascii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CC20B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C20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l_moratoria-it-fraer@groupebpce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591C3D2D72D344B2E7FBCC392FE88E" ma:contentTypeVersion="3" ma:contentTypeDescription="Create a new document." ma:contentTypeScope="" ma:versionID="b57e3a3571b9a49b65bea71d4a85da48">
  <xsd:schema xmlns:xsd="http://www.w3.org/2001/XMLSchema" xmlns:xs="http://www.w3.org/2001/XMLSchema" xmlns:p="http://schemas.microsoft.com/office/2006/metadata/properties" xmlns:ns2="30405f5f-8312-44cf-b84a-207af7e227fd" targetNamespace="http://schemas.microsoft.com/office/2006/metadata/properties" ma:root="true" ma:fieldsID="745b5fcabde5511b682c6caa27b40616" ns2:_="">
    <xsd:import namespace="30405f5f-8312-44cf-b84a-207af7e227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405f5f-8312-44cf-b84a-207af7e227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004162-50B2-4841-B7DD-F670AE0EAF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A9B68B-8ECA-4071-87CE-7144E7DB8B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0CF8D1D-DBA4-4913-B15D-FA4558AF12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405f5f-8312-44cf-b84a-207af7e227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783</Words>
  <Characters>4465</Characters>
  <Application>Microsoft Office Word</Application>
  <DocSecurity>0</DocSecurity>
  <Lines>37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5238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DEL REGNO Benedetta (BPCE Equipment Solutions - IT)</cp:lastModifiedBy>
  <cp:revision>8</cp:revision>
  <dcterms:created xsi:type="dcterms:W3CDTF">2026-10-28T17:22:00Z</dcterms:created>
  <dcterms:modified xsi:type="dcterms:W3CDTF">2026-10-30T09:22:00Z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dd18aa4-ed64-4d59-b931-5ad635491991_Enabled">
    <vt:lpwstr>true</vt:lpwstr>
  </property>
  <property fmtid="{D5CDD505-2E9C-101B-9397-08002B2CF9AE}" pid="3" name="MSIP_Label_7dd18aa4-ed64-4d59-b931-5ad635491991_SetDate">
    <vt:lpwstr>2026-10-28T10:07:56Z</vt:lpwstr>
  </property>
  <property fmtid="{D5CDD505-2E9C-101B-9397-08002B2CF9AE}" pid="4" name="MSIP_Label_7dd18aa4-ed64-4d59-b931-5ad635491991_Method">
    <vt:lpwstr>Privileged</vt:lpwstr>
  </property>
  <property fmtid="{D5CDD505-2E9C-101B-9397-08002B2CF9AE}" pid="5" name="MSIP_Label_7dd18aa4-ed64-4d59-b931-5ad635491991_Name">
    <vt:lpwstr>Standard</vt:lpwstr>
  </property>
  <property fmtid="{D5CDD505-2E9C-101B-9397-08002B2CF9AE}" pid="6" name="MSIP_Label_7dd18aa4-ed64-4d59-b931-5ad635491991_SiteId">
    <vt:lpwstr>d5bb6d35-8a82-4329-b49a-5030bd6497ab</vt:lpwstr>
  </property>
  <property fmtid="{D5CDD505-2E9C-101B-9397-08002B2CF9AE}" pid="7" name="MSIP_Label_7dd18aa4-ed64-4d59-b931-5ad635491991_ActionId">
    <vt:lpwstr>778159b3-e4a6-4509-9e25-5d768941ad4b</vt:lpwstr>
  </property>
  <property fmtid="{D5CDD505-2E9C-101B-9397-08002B2CF9AE}" pid="8" name="MSIP_Label_7dd18aa4-ed64-4d59-b931-5ad635491991_ContentBits">
    <vt:lpwstr>0</vt:lpwstr>
  </property>
  <property fmtid="{D5CDD505-2E9C-101B-9397-08002B2CF9AE}" pid="9" name="MSIP_Label_7dd18aa4-ed64-4d59-b931-5ad635491991_Tag">
    <vt:lpwstr>10, 0, 1, 1</vt:lpwstr>
  </property>
  <property fmtid="{D5CDD505-2E9C-101B-9397-08002B2CF9AE}" pid="10" name="ContentTypeId">
    <vt:lpwstr>0x01010080591C3D2D72D344B2E7FBCC392FE88E</vt:lpwstr>
  </property>
</Properties>
</file>